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715FC" w14:textId="77777777" w:rsidR="00E21E92" w:rsidRDefault="00000000">
      <w:pPr>
        <w:pStyle w:val="Title"/>
        <w:jc w:val="center"/>
      </w:pPr>
      <w:r>
        <w:rPr>
          <w:rFonts w:ascii="Calibri" w:hAnsi="Calibri"/>
        </w:rPr>
        <w:t>Delaware County Junior Fair Rabbit Project Guide</w:t>
      </w:r>
    </w:p>
    <w:p w14:paraId="03C2ECAE" w14:textId="2B927225" w:rsidR="00EE7471" w:rsidRDefault="00000000">
      <w:pPr>
        <w:jc w:val="center"/>
      </w:pPr>
      <w:r>
        <w:t>Prepared by the Rabbit Committee</w:t>
      </w:r>
    </w:p>
    <w:p w14:paraId="1D8B0203" w14:textId="77777777" w:rsidR="00367B03" w:rsidRDefault="00367B03">
      <w:pPr>
        <w:jc w:val="center"/>
      </w:pPr>
    </w:p>
    <w:p w14:paraId="33CFC4FA" w14:textId="77777777" w:rsidR="00367B03" w:rsidRDefault="00367B03">
      <w:pPr>
        <w:jc w:val="center"/>
      </w:pPr>
    </w:p>
    <w:p w14:paraId="19DA5447" w14:textId="514EB5FE" w:rsidR="00367B03" w:rsidRPr="00367B03" w:rsidRDefault="00367B03" w:rsidP="00367B03">
      <w:r w:rsidRPr="00367B03">
        <w:t>Chapter 1 – Welcome to the Delaware County Junior Fair Rabbit Project</w:t>
      </w:r>
    </w:p>
    <w:p w14:paraId="67DFED53" w14:textId="77777777" w:rsidR="00367B03" w:rsidRPr="00367B03" w:rsidRDefault="00367B03" w:rsidP="00367B03">
      <w:r w:rsidRPr="00367B03">
        <w:t>Chapter 2 – Choosing the Right Rabbit Project</w:t>
      </w:r>
    </w:p>
    <w:p w14:paraId="14A07893" w14:textId="77777777" w:rsidR="00367B03" w:rsidRPr="00367B03" w:rsidRDefault="00367B03" w:rsidP="00367B03">
      <w:r w:rsidRPr="00367B03">
        <w:t>Chapter 3 – Selecting Healthy Rabbits</w:t>
      </w:r>
    </w:p>
    <w:p w14:paraId="6B3E56B2" w14:textId="77777777" w:rsidR="00367B03" w:rsidRPr="00367B03" w:rsidRDefault="00367B03" w:rsidP="00367B03">
      <w:r w:rsidRPr="00367B03">
        <w:t>Chapter 4 – Creating a Safe Home for Your Rabbits</w:t>
      </w:r>
    </w:p>
    <w:p w14:paraId="5190ECD0" w14:textId="77777777" w:rsidR="00367B03" w:rsidRPr="00367B03" w:rsidRDefault="00367B03" w:rsidP="00367B03">
      <w:r w:rsidRPr="00367B03">
        <w:t>Chapter 5 – Feeding Rabbits for Success</w:t>
      </w:r>
    </w:p>
    <w:p w14:paraId="3FD9D508" w14:textId="77777777" w:rsidR="00367B03" w:rsidRPr="00367B03" w:rsidRDefault="00367B03" w:rsidP="00367B03">
      <w:r w:rsidRPr="00367B03">
        <w:t>Chapter 6 – Keeping Your Rabbits Healthy</w:t>
      </w:r>
    </w:p>
    <w:p w14:paraId="22CE7C35" w14:textId="77777777" w:rsidR="00367B03" w:rsidRPr="00367B03" w:rsidRDefault="00367B03" w:rsidP="00367B03">
      <w:r w:rsidRPr="00367B03">
        <w:t>Chapter 7 – Understanding the Fair Rules</w:t>
      </w:r>
    </w:p>
    <w:p w14:paraId="667FD119" w14:textId="77777777" w:rsidR="00367B03" w:rsidRPr="00367B03" w:rsidRDefault="00367B03" w:rsidP="00367B03">
      <w:r w:rsidRPr="00367B03">
        <w:t>Chapter 8 – Entering the Delaware County Fair</w:t>
      </w:r>
    </w:p>
    <w:p w14:paraId="50858FBC" w14:textId="77777777" w:rsidR="00367B03" w:rsidRPr="00367B03" w:rsidRDefault="00367B03" w:rsidP="00367B03">
      <w:r w:rsidRPr="00367B03">
        <w:t>Chapter 9 – Getting Ready for Fair Week</w:t>
      </w:r>
    </w:p>
    <w:p w14:paraId="2EE80F77" w14:textId="77777777" w:rsidR="00367B03" w:rsidRPr="00367B03" w:rsidRDefault="00367B03" w:rsidP="00367B03">
      <w:r w:rsidRPr="00367B03">
        <w:t>Chapter 10 – Checking In at the Fair</w:t>
      </w:r>
    </w:p>
    <w:p w14:paraId="17A61EDA" w14:textId="77777777" w:rsidR="00367B03" w:rsidRPr="00367B03" w:rsidRDefault="00367B03" w:rsidP="00367B03">
      <w:r w:rsidRPr="00367B03">
        <w:t>Chapter 11 – Showing Breed Rabbits</w:t>
      </w:r>
    </w:p>
    <w:p w14:paraId="5AFA43C5" w14:textId="77777777" w:rsidR="00367B03" w:rsidRPr="00367B03" w:rsidRDefault="00367B03" w:rsidP="00367B03">
      <w:r w:rsidRPr="00367B03">
        <w:t>Chapter 12 – Showing Market Rabbits</w:t>
      </w:r>
    </w:p>
    <w:p w14:paraId="4E06CDB5" w14:textId="77777777" w:rsidR="00367B03" w:rsidRPr="00367B03" w:rsidRDefault="00367B03" w:rsidP="00367B03">
      <w:r w:rsidRPr="00367B03">
        <w:t>Chapter 13 – Learning Showmanship</w:t>
      </w:r>
    </w:p>
    <w:p w14:paraId="760E7D3B" w14:textId="77777777" w:rsidR="00367B03" w:rsidRPr="00367B03" w:rsidRDefault="00367B03" w:rsidP="00367B03">
      <w:r w:rsidRPr="00367B03">
        <w:t>Chapter 14 – Educational Contests</w:t>
      </w:r>
    </w:p>
    <w:p w14:paraId="24E73087" w14:textId="77777777" w:rsidR="00367B03" w:rsidRPr="00367B03" w:rsidRDefault="00367B03" w:rsidP="00367B03">
      <w:r w:rsidRPr="00367B03">
        <w:t>Chapter 15 – Sale Day</w:t>
      </w:r>
    </w:p>
    <w:p w14:paraId="543D7AB1" w14:textId="77777777" w:rsidR="00367B03" w:rsidRPr="00367B03" w:rsidRDefault="00367B03" w:rsidP="00367B03">
      <w:r w:rsidRPr="00367B03">
        <w:t>Chapter 16 – Heading Home After the Fair</w:t>
      </w:r>
    </w:p>
    <w:p w14:paraId="0E348B78" w14:textId="53A8A20C" w:rsidR="00EE7471" w:rsidRDefault="00367B03" w:rsidP="00367B03">
      <w:r w:rsidRPr="00367B03">
        <w:t>Chapter 17 – Growing Beyond Your First Year</w:t>
      </w:r>
    </w:p>
    <w:p w14:paraId="078337B9" w14:textId="4EFEA715" w:rsidR="00E21E92" w:rsidRDefault="00000000">
      <w:pPr>
        <w:jc w:val="center"/>
      </w:pPr>
      <w:r>
        <w:br/>
      </w:r>
    </w:p>
    <w:p w14:paraId="4FFD5925" w14:textId="77777777" w:rsidR="00E21E92" w:rsidRDefault="00000000">
      <w:r>
        <w:br w:type="page"/>
      </w:r>
    </w:p>
    <w:p w14:paraId="4551CF56" w14:textId="77777777" w:rsidR="00E21E92" w:rsidRDefault="00000000">
      <w:pPr>
        <w:pStyle w:val="Heading1"/>
      </w:pPr>
      <w:r>
        <w:rPr>
          <w:rFonts w:ascii="Calibri" w:hAnsi="Calibri"/>
        </w:rPr>
        <w:lastRenderedPageBreak/>
        <w:t>Chapter 1</w:t>
      </w:r>
    </w:p>
    <w:p w14:paraId="6E8BE97C" w14:textId="77777777" w:rsidR="00E21E92" w:rsidRDefault="00000000">
      <w:pPr>
        <w:pStyle w:val="Heading2"/>
      </w:pPr>
      <w:r>
        <w:rPr>
          <w:rFonts w:ascii="Calibri" w:hAnsi="Calibri"/>
        </w:rPr>
        <w:t>Welcome to the Delaware County Junior Fair Rabbit Project</w:t>
      </w:r>
    </w:p>
    <w:p w14:paraId="088932AF" w14:textId="77777777" w:rsidR="00E21E92" w:rsidRDefault="00000000">
      <w:r>
        <w:t>Whether this is your first year or your tenth, welcome to the Delaware County Junior Fair Rabbit Project. This handbook was written to help exhibitors and their families understand what to expect from the day they choose a rabbit until the trailer leaves the fairgrounds. It is not meant to replace the official rules. Instead, it explains them in plain language, shares practical advice, and answers the questions we hear every year.</w:t>
      </w:r>
    </w:p>
    <w:p w14:paraId="126A2823" w14:textId="77777777" w:rsidR="00E21E92" w:rsidRDefault="00000000">
      <w:r>
        <w:t xml:space="preserve">By the end of this </w:t>
      </w:r>
      <w:proofErr w:type="gramStart"/>
      <w:r>
        <w:t>chapter</w:t>
      </w:r>
      <w:proofErr w:type="gramEnd"/>
      <w:r>
        <w:t xml:space="preserve"> you will understand:</w:t>
      </w:r>
    </w:p>
    <w:p w14:paraId="0D9281E9" w14:textId="77777777" w:rsidR="00E21E92" w:rsidRDefault="00000000">
      <w:pPr>
        <w:pStyle w:val="ListBullet"/>
      </w:pPr>
      <w:r>
        <w:t>How the rabbit project fits into 4-H and the Junior Fair</w:t>
      </w:r>
    </w:p>
    <w:p w14:paraId="488E8E27" w14:textId="77777777" w:rsidR="00E21E92" w:rsidRDefault="00000000">
      <w:pPr>
        <w:pStyle w:val="ListBullet"/>
      </w:pPr>
      <w:r>
        <w:t xml:space="preserve">The role of </w:t>
      </w:r>
      <w:proofErr w:type="spellStart"/>
      <w:r>
        <w:t>RPSA</w:t>
      </w:r>
      <w:proofErr w:type="spellEnd"/>
      <w:r>
        <w:t xml:space="preserve"> and the Rabbit Committee</w:t>
      </w:r>
    </w:p>
    <w:p w14:paraId="1FF04516" w14:textId="77777777" w:rsidR="00E21E92" w:rsidRDefault="00000000">
      <w:pPr>
        <w:pStyle w:val="ListBullet"/>
      </w:pPr>
      <w:r>
        <w:t>The three rabbit project types</w:t>
      </w:r>
    </w:p>
    <w:p w14:paraId="5F972B71" w14:textId="77777777" w:rsidR="00E21E92" w:rsidRDefault="00000000">
      <w:pPr>
        <w:pStyle w:val="ListBullet"/>
      </w:pPr>
      <w:r>
        <w:t>What you need before bringing home a rabbit</w:t>
      </w:r>
    </w:p>
    <w:p w14:paraId="456A6EB5" w14:textId="77777777" w:rsidR="00E21E92" w:rsidRDefault="00000000">
      <w:pPr>
        <w:pStyle w:val="ListBullet"/>
      </w:pPr>
      <w:r>
        <w:t>The basics of daily rabbit care</w:t>
      </w:r>
    </w:p>
    <w:p w14:paraId="1F25FBBC" w14:textId="77777777" w:rsidR="00E21E92" w:rsidRDefault="00000000">
      <w:pPr>
        <w:pStyle w:val="ListBullet"/>
      </w:pPr>
      <w:r>
        <w:t>How to start the project with confidence</w:t>
      </w:r>
    </w:p>
    <w:p w14:paraId="0F3716F1" w14:textId="77777777" w:rsidR="00E21E92" w:rsidRDefault="00000000">
      <w:pPr>
        <w:pStyle w:val="Heading2"/>
      </w:pPr>
      <w:r>
        <w:rPr>
          <w:rFonts w:ascii="Calibri" w:hAnsi="Calibri"/>
        </w:rPr>
        <w:t>What is 4-H?</w:t>
      </w:r>
    </w:p>
    <w:p w14:paraId="4F77E581" w14:textId="77777777" w:rsidR="00E21E92" w:rsidRDefault="00000000">
      <w:r>
        <w:t>4-H is America's largest youth development organization. The four Hs stand for Head, Heart, Hands, and Health. Through hands-on projects, members learn responsibility, leadership, communication, citizenship, record keeping, and problem solving. The rabbit project is one of many ways youth learn by doing.</w:t>
      </w:r>
    </w:p>
    <w:p w14:paraId="45AC6A6B" w14:textId="77777777" w:rsidR="00E21E92" w:rsidRDefault="00000000">
      <w:pPr>
        <w:pStyle w:val="Heading2"/>
      </w:pPr>
      <w:r>
        <w:rPr>
          <w:rFonts w:ascii="Calibri" w:hAnsi="Calibri"/>
        </w:rPr>
        <w:t>What is the Delaware County Junior Fair?</w:t>
      </w:r>
    </w:p>
    <w:p w14:paraId="027B5B93" w14:textId="163E7555" w:rsidR="00E21E92" w:rsidRDefault="00000000">
      <w:r>
        <w:t>The Junior Fair is where exhibitors showcase what they have learned throughout the year. Fair week includes interview judging, educational contests, showmanship, rabbit shows</w:t>
      </w:r>
      <w:r w:rsidR="00E311B4">
        <w:t xml:space="preserve"> and livestock sales</w:t>
      </w:r>
      <w:r>
        <w:t xml:space="preserve">. The fair is the result of months of work, not just one week in </w:t>
      </w:r>
      <w:r w:rsidR="00E311B4">
        <w:t>September</w:t>
      </w:r>
      <w:r>
        <w:t>.</w:t>
      </w:r>
    </w:p>
    <w:p w14:paraId="5174BB91" w14:textId="77777777" w:rsidR="00E21E92" w:rsidRDefault="00000000">
      <w:pPr>
        <w:pStyle w:val="Heading2"/>
      </w:pPr>
      <w:r>
        <w:rPr>
          <w:rFonts w:ascii="Calibri" w:hAnsi="Calibri"/>
        </w:rPr>
        <w:t>Rabbit Poultry Small Animals (</w:t>
      </w:r>
      <w:proofErr w:type="spellStart"/>
      <w:r>
        <w:rPr>
          <w:rFonts w:ascii="Calibri" w:hAnsi="Calibri"/>
        </w:rPr>
        <w:t>RPSA</w:t>
      </w:r>
      <w:proofErr w:type="spellEnd"/>
      <w:r>
        <w:rPr>
          <w:rFonts w:ascii="Calibri" w:hAnsi="Calibri"/>
        </w:rPr>
        <w:t>) Committee</w:t>
      </w:r>
    </w:p>
    <w:p w14:paraId="064C871E" w14:textId="77777777" w:rsidR="00E21E92" w:rsidRDefault="00000000">
      <w:r>
        <w:t>The Rabbit Poultry Small Animals (</w:t>
      </w:r>
      <w:proofErr w:type="spellStart"/>
      <w:r>
        <w:t>RPSA</w:t>
      </w:r>
      <w:proofErr w:type="spellEnd"/>
      <w:r>
        <w:t xml:space="preserve">) Committee oversees the Delaware County Junior Fair rabbit, poultry, and small animal programs. </w:t>
      </w:r>
      <w:proofErr w:type="spellStart"/>
      <w:r>
        <w:t>RPSA</w:t>
      </w:r>
      <w:proofErr w:type="spellEnd"/>
      <w:r>
        <w:t xml:space="preserve"> works with OSU Extension, advisors, volunteers, exhibitors, and the Delaware County Fair to provide educational opportunities and conduct Junior Fair activities.</w:t>
      </w:r>
    </w:p>
    <w:p w14:paraId="40E8416C" w14:textId="77777777" w:rsidR="00E21E92" w:rsidRDefault="00000000">
      <w:pPr>
        <w:pStyle w:val="Heading2"/>
      </w:pPr>
      <w:r>
        <w:rPr>
          <w:rFonts w:ascii="Calibri" w:hAnsi="Calibri"/>
        </w:rPr>
        <w:t>The Rabbit Committee</w:t>
      </w:r>
    </w:p>
    <w:p w14:paraId="29229691" w14:textId="77777777" w:rsidR="00E21E92" w:rsidRDefault="00000000">
      <w:r>
        <w:t xml:space="preserve">The Rabbit Committee is the rabbit species subcommittee within </w:t>
      </w:r>
      <w:proofErr w:type="spellStart"/>
      <w:r>
        <w:t>RPSA</w:t>
      </w:r>
      <w:proofErr w:type="spellEnd"/>
      <w:r>
        <w:t>. Committee members organize clinics, answer questions, coordinate rabbit check-in, assist with shows and educational contests, and support exhibitors throughout the year. If you need help, ask. We want every exhibitor to succeed.</w:t>
      </w:r>
    </w:p>
    <w:p w14:paraId="2EF6F359" w14:textId="77777777" w:rsidR="00E21E92" w:rsidRDefault="00000000">
      <w:pPr>
        <w:pStyle w:val="Heading2"/>
      </w:pPr>
      <w:r>
        <w:rPr>
          <w:rFonts w:ascii="Calibri" w:hAnsi="Calibri"/>
        </w:rPr>
        <w:lastRenderedPageBreak/>
        <w:t>Purpose of the Rabbit Project</w:t>
      </w:r>
    </w:p>
    <w:p w14:paraId="2D3BC4F1" w14:textId="16D50A01" w:rsidR="00E311B4" w:rsidRDefault="00E311B4">
      <w:r>
        <w:t>The rabbit project is about much more than ribbons</w:t>
      </w:r>
      <w:r w:rsidRPr="00E311B4">
        <w:t xml:space="preserve"> It’s your chance to learn by doing. You’ll take on real responsibility as you care for your animals each day, while building skills in record keeping, communication, sportsmanship, and leadership. Ribbons are fun, but the real win is the confidence, knowledge, and experience you gain along the way.</w:t>
      </w:r>
    </w:p>
    <w:p w14:paraId="508D77FF" w14:textId="77777777" w:rsidR="00E21E92" w:rsidRDefault="00000000">
      <w:pPr>
        <w:pStyle w:val="Heading2"/>
      </w:pPr>
      <w:r>
        <w:rPr>
          <w:rFonts w:ascii="Calibri" w:hAnsi="Calibri"/>
        </w:rPr>
        <w:t>Understanding Rabbit Projects</w:t>
      </w:r>
    </w:p>
    <w:p w14:paraId="5E4163D3" w14:textId="77777777" w:rsidR="00E21E92" w:rsidRDefault="00000000">
      <w:r>
        <w:t>The Delaware County Junior Fair offers three primary rabbit project types. Each provides a different learning experience, allowing exhibitors to choose the project that best matches their interests.</w:t>
      </w:r>
    </w:p>
    <w:p w14:paraId="0D9F8EF7" w14:textId="77777777" w:rsidR="00E21E92" w:rsidRDefault="00000000" w:rsidP="00E311B4">
      <w:pPr>
        <w:pStyle w:val="Heading3"/>
        <w:numPr>
          <w:ilvl w:val="0"/>
          <w:numId w:val="10"/>
        </w:numPr>
      </w:pPr>
      <w:r>
        <w:rPr>
          <w:rFonts w:ascii="Calibri" w:hAnsi="Calibri"/>
        </w:rPr>
        <w:t>Market Rabbit Projects</w:t>
      </w:r>
    </w:p>
    <w:p w14:paraId="3D3C5021" w14:textId="24522796" w:rsidR="00E21E92" w:rsidRDefault="00000000" w:rsidP="00E311B4">
      <w:pPr>
        <w:pStyle w:val="ListParagraph"/>
      </w:pPr>
      <w:r>
        <w:t>Designed for exhibitors interested in meat production. Classes include Pen of 3 Fryers, Single Fryer, and Pen of Two Roasters. These projects emphasize growth, nutrition, management, and producing a quality market animal.</w:t>
      </w:r>
    </w:p>
    <w:p w14:paraId="4DDAD6E2" w14:textId="77777777" w:rsidR="00E21E92" w:rsidRDefault="00000000" w:rsidP="00E311B4">
      <w:pPr>
        <w:pStyle w:val="Heading3"/>
        <w:numPr>
          <w:ilvl w:val="0"/>
          <w:numId w:val="10"/>
        </w:numPr>
      </w:pPr>
      <w:r>
        <w:rPr>
          <w:rFonts w:ascii="Calibri" w:hAnsi="Calibri"/>
        </w:rPr>
        <w:t>Show/Breed Rabbit Projects</w:t>
      </w:r>
    </w:p>
    <w:p w14:paraId="5F726E39" w14:textId="77777777" w:rsidR="00E21E92" w:rsidRDefault="00000000" w:rsidP="00E311B4">
      <w:pPr>
        <w:pStyle w:val="ListParagraph"/>
      </w:pPr>
      <w:r>
        <w:t>Designed for exhibitors interested in purebred rabbits. Rabbits are judged using the ARBA Standard of Perfection and compete within breed and age classes while exhibitors learn breed standards and evaluation.</w:t>
      </w:r>
    </w:p>
    <w:p w14:paraId="43FB5D8B" w14:textId="77777777" w:rsidR="00E21E92" w:rsidRDefault="00000000" w:rsidP="00E311B4">
      <w:pPr>
        <w:pStyle w:val="Heading3"/>
        <w:numPr>
          <w:ilvl w:val="0"/>
          <w:numId w:val="10"/>
        </w:numPr>
      </w:pPr>
      <w:r>
        <w:rPr>
          <w:rFonts w:ascii="Calibri" w:hAnsi="Calibri"/>
        </w:rPr>
        <w:t>Pet Rabbit Projects</w:t>
      </w:r>
    </w:p>
    <w:p w14:paraId="1D40795C" w14:textId="77777777" w:rsidR="00E21E92" w:rsidRDefault="00000000" w:rsidP="00E311B4">
      <w:pPr>
        <w:pStyle w:val="ListParagraph"/>
      </w:pPr>
      <w:r>
        <w:t>Designed for youth who want to learn responsible rabbit ownership without participating in traditional market or breed classes. The focus is on proper care, nutrition, housing, handling, and health. This guide includes a separate section later covering the Pet Rabbit Project.</w:t>
      </w:r>
    </w:p>
    <w:p w14:paraId="4D7C8C6C" w14:textId="77777777" w:rsidR="00E21E92" w:rsidRDefault="00000000">
      <w:pPr>
        <w:pStyle w:val="Heading2"/>
      </w:pPr>
      <w:r>
        <w:rPr>
          <w:rFonts w:ascii="Calibri" w:hAnsi="Calibri"/>
        </w:rPr>
        <w:t>Before You Begin</w:t>
      </w:r>
    </w:p>
    <w:p w14:paraId="3E23E872" w14:textId="77777777" w:rsidR="00E21E92" w:rsidRDefault="00000000">
      <w:r>
        <w:t>Before purchasing rabbits, read the official Junior Fair rules. Understand ownership deadlines, Quality Assurance requirements, project book expectations, interview judging, and tattoo requirements. Starting with the right information will save frustration later.</w:t>
      </w:r>
    </w:p>
    <w:p w14:paraId="029935C2" w14:textId="77777777" w:rsidR="00E21E92" w:rsidRDefault="00000000">
      <w:pPr>
        <w:pStyle w:val="Heading2"/>
      </w:pPr>
      <w:r>
        <w:rPr>
          <w:rFonts w:ascii="Calibri" w:hAnsi="Calibri"/>
        </w:rPr>
        <w:t>Equipment You'll Need</w:t>
      </w:r>
    </w:p>
    <w:p w14:paraId="4AB00CDF" w14:textId="77777777" w:rsidR="00E21E92" w:rsidRDefault="00000000">
      <w:pPr>
        <w:pStyle w:val="ListBullet"/>
      </w:pPr>
      <w:r>
        <w:t>Rabbit cage</w:t>
      </w:r>
    </w:p>
    <w:p w14:paraId="5EEAA619" w14:textId="3152314A" w:rsidR="00E21E92" w:rsidRDefault="00000000">
      <w:pPr>
        <w:pStyle w:val="ListBullet"/>
      </w:pPr>
      <w:r>
        <w:t>Feed</w:t>
      </w:r>
      <w:r w:rsidR="00E311B4">
        <w:t>er</w:t>
      </w:r>
    </w:p>
    <w:p w14:paraId="6AF2EAD1" w14:textId="77777777" w:rsidR="00E21E92" w:rsidRDefault="00000000">
      <w:pPr>
        <w:pStyle w:val="ListBullet"/>
      </w:pPr>
      <w:r>
        <w:t>Water bottle or bowl</w:t>
      </w:r>
    </w:p>
    <w:p w14:paraId="042736AF" w14:textId="77777777" w:rsidR="00E21E92" w:rsidRDefault="00000000">
      <w:pPr>
        <w:pStyle w:val="ListBullet"/>
      </w:pPr>
      <w:r>
        <w:t>Quality rabbit pellets</w:t>
      </w:r>
    </w:p>
    <w:p w14:paraId="6F699AA2" w14:textId="77777777" w:rsidR="00E21E92" w:rsidRDefault="00000000">
      <w:pPr>
        <w:pStyle w:val="ListBullet"/>
      </w:pPr>
      <w:r>
        <w:t>Rabbit carrier</w:t>
      </w:r>
    </w:p>
    <w:p w14:paraId="415E287F" w14:textId="77777777" w:rsidR="00E21E92" w:rsidRDefault="00000000">
      <w:pPr>
        <w:pStyle w:val="ListBullet"/>
      </w:pPr>
      <w:r>
        <w:t>Grooming brush</w:t>
      </w:r>
    </w:p>
    <w:p w14:paraId="54445C7D" w14:textId="77777777" w:rsidR="00E21E92" w:rsidRDefault="00000000">
      <w:pPr>
        <w:pStyle w:val="ListBullet"/>
      </w:pPr>
      <w:r>
        <w:t>Nail trimmers</w:t>
      </w:r>
    </w:p>
    <w:p w14:paraId="5D9D04C5" w14:textId="77777777" w:rsidR="00E21E92" w:rsidRDefault="00000000">
      <w:pPr>
        <w:pStyle w:val="ListBullet"/>
      </w:pPr>
      <w:r>
        <w:t>4-H project record book</w:t>
      </w:r>
    </w:p>
    <w:p w14:paraId="6BCCDFD7" w14:textId="77777777" w:rsidR="00E21E92" w:rsidRDefault="00000000">
      <w:pPr>
        <w:pStyle w:val="Heading2"/>
      </w:pPr>
      <w:r>
        <w:rPr>
          <w:rFonts w:ascii="Calibri" w:hAnsi="Calibri"/>
        </w:rPr>
        <w:lastRenderedPageBreak/>
        <w:t>Housing</w:t>
      </w:r>
    </w:p>
    <w:p w14:paraId="5955E9AE" w14:textId="77777777" w:rsidR="00E311B4" w:rsidRPr="00E311B4" w:rsidRDefault="00E311B4" w:rsidP="00E311B4">
      <w:r w:rsidRPr="00E311B4">
        <w:t>Your rabbit spends every day in its cage, so keeping it clean and comfortable is one of your most important responsibilities. At home, provide a clean, dry, well-ventilated cage that protects your rabbit from the weather, predators, and excessive heat. Clean the cage regularly and provide fresh food and water every day.</w:t>
      </w:r>
    </w:p>
    <w:p w14:paraId="4FF297D2" w14:textId="1A451FD8" w:rsidR="00E311B4" w:rsidRPr="00E311B4" w:rsidRDefault="00E311B4" w:rsidP="00E311B4">
      <w:r w:rsidRPr="00E311B4">
        <w:t xml:space="preserve">During the Delaware County Fair, exhibitors do not bring their own cages. The </w:t>
      </w:r>
      <w:proofErr w:type="gramStart"/>
      <w:r w:rsidRPr="00E311B4">
        <w:t>Rabbit  Committee</w:t>
      </w:r>
      <w:proofErr w:type="gramEnd"/>
      <w:r w:rsidRPr="00E311B4">
        <w:t xml:space="preserve"> provides cages for all rabbits staying in the rabbit barn. Exhibitors are responsible for caring for their rabbits throughout the fair by keeping cages clean, providing approved bedding, feeding and watering their animals, and following all barn rules.</w:t>
      </w:r>
    </w:p>
    <w:p w14:paraId="75FAFB61" w14:textId="77777777" w:rsidR="00E21E92" w:rsidRDefault="00000000">
      <w:pPr>
        <w:pStyle w:val="Heading2"/>
      </w:pPr>
      <w:r>
        <w:rPr>
          <w:rFonts w:ascii="Calibri" w:hAnsi="Calibri"/>
        </w:rPr>
        <w:t>Feeding</w:t>
      </w:r>
    </w:p>
    <w:p w14:paraId="388A9E4B" w14:textId="77777777" w:rsidR="00E21E92" w:rsidRDefault="00000000">
      <w:r>
        <w:t xml:space="preserve">Feed the same quality rabbit pellets each day and provide fresh, clean water </w:t>
      </w:r>
      <w:proofErr w:type="gramStart"/>
      <w:r>
        <w:t>at all times</w:t>
      </w:r>
      <w:proofErr w:type="gramEnd"/>
      <w:r>
        <w:t>. Sudden feed changes can upset a rabbit's digestive system, so make changes gradually and limit treats.</w:t>
      </w:r>
    </w:p>
    <w:p w14:paraId="38E76602" w14:textId="77777777" w:rsidR="00E21E92" w:rsidRDefault="00000000">
      <w:pPr>
        <w:pStyle w:val="Heading2"/>
      </w:pPr>
      <w:r>
        <w:rPr>
          <w:rFonts w:ascii="Calibri" w:hAnsi="Calibri"/>
        </w:rPr>
        <w:t>Daily Care Checklist</w:t>
      </w:r>
    </w:p>
    <w:p w14:paraId="20412E80" w14:textId="77777777" w:rsidR="00E21E92" w:rsidRDefault="00000000">
      <w:pPr>
        <w:pStyle w:val="ListBullet"/>
      </w:pPr>
      <w:r>
        <w:t>Check food and water.</w:t>
      </w:r>
    </w:p>
    <w:p w14:paraId="7FA19AD2" w14:textId="77777777" w:rsidR="00E21E92" w:rsidRDefault="00000000">
      <w:pPr>
        <w:pStyle w:val="ListBullet"/>
      </w:pPr>
      <w:r>
        <w:t>Observe your rabbit for illness or injury.</w:t>
      </w:r>
    </w:p>
    <w:p w14:paraId="75BD5E93" w14:textId="77777777" w:rsidR="00E21E92" w:rsidRDefault="00000000">
      <w:pPr>
        <w:pStyle w:val="ListBullet"/>
      </w:pPr>
      <w:r>
        <w:t>Clean the cage.</w:t>
      </w:r>
    </w:p>
    <w:p w14:paraId="7CE22A01" w14:textId="77777777" w:rsidR="00E21E92" w:rsidRDefault="00000000">
      <w:pPr>
        <w:pStyle w:val="ListBullet"/>
      </w:pPr>
      <w:r>
        <w:t>Handle your rabbit.</w:t>
      </w:r>
    </w:p>
    <w:p w14:paraId="0B726B44" w14:textId="77777777" w:rsidR="00E21E92" w:rsidRDefault="00000000">
      <w:pPr>
        <w:pStyle w:val="ListBullet"/>
      </w:pPr>
      <w:r>
        <w:t>Update your record book.</w:t>
      </w:r>
    </w:p>
    <w:p w14:paraId="3F89CFC4" w14:textId="77777777" w:rsidR="00E21E92" w:rsidRDefault="00000000">
      <w:pPr>
        <w:pStyle w:val="Heading2"/>
      </w:pPr>
      <w:r>
        <w:rPr>
          <w:rFonts w:ascii="Calibri" w:hAnsi="Calibri"/>
        </w:rPr>
        <w:t>Rabbit Health</w:t>
      </w:r>
    </w:p>
    <w:p w14:paraId="24F477A8" w14:textId="77777777" w:rsidR="00E21E92" w:rsidRDefault="00000000">
      <w:r>
        <w:t>Healthy rabbits are alert, active, and curious. Check your rabbit's eyes, ears, nose, coat, appetite, and droppings every day. Small changes often become big problems if ignored. A later chapter covers rabbit health, common diseases, and prevention in much greater detail.</w:t>
      </w:r>
    </w:p>
    <w:p w14:paraId="519F3F9F" w14:textId="77777777" w:rsidR="00E21E92" w:rsidRDefault="00000000">
      <w:pPr>
        <w:pStyle w:val="Heading2"/>
      </w:pPr>
      <w:r>
        <w:rPr>
          <w:rFonts w:ascii="Calibri" w:hAnsi="Calibri"/>
        </w:rPr>
        <w:t>Preparing for Success</w:t>
      </w:r>
    </w:p>
    <w:p w14:paraId="65589D90" w14:textId="77777777" w:rsidR="00E21E92" w:rsidRDefault="00000000">
      <w:r>
        <w:t xml:space="preserve">Practice handling your rabbit throughout the year so it becomes comfortable being examined. Attend rabbit clinics, ask questions, and review the fair schedule early. Small amounts of practice </w:t>
      </w:r>
      <w:proofErr w:type="gramStart"/>
      <w:r>
        <w:t>over time</w:t>
      </w:r>
      <w:proofErr w:type="gramEnd"/>
      <w:r>
        <w:t xml:space="preserve"> produce the best results.</w:t>
      </w:r>
    </w:p>
    <w:p w14:paraId="13A17F3F" w14:textId="77777777" w:rsidR="00E21E92" w:rsidRDefault="00000000">
      <w:pPr>
        <w:pStyle w:val="Heading2"/>
      </w:pPr>
      <w:r>
        <w:rPr>
          <w:rFonts w:ascii="Calibri" w:hAnsi="Calibri"/>
        </w:rPr>
        <w:t>Parent Corner</w:t>
      </w:r>
    </w:p>
    <w:p w14:paraId="359B56E0" w14:textId="77777777" w:rsidR="00E21E92" w:rsidRDefault="00000000">
      <w:r>
        <w:t>Parents are partners in the project. Encourage your child to take ownership of daily care while you provide guidance, transportation, and reminders about deadlines. Let exhibitors make age-appropriate decisions and learn from both successes and mistakes. The goal is not just raising a rabbit. It is raising a capable young person.</w:t>
      </w:r>
    </w:p>
    <w:p w14:paraId="236091B0" w14:textId="5451A165" w:rsidR="00E21E92" w:rsidRDefault="003862E8">
      <w:pPr>
        <w:pStyle w:val="Heading2"/>
      </w:pPr>
      <w:r>
        <w:rPr>
          <w:rFonts w:ascii="Calibri" w:hAnsi="Calibri"/>
        </w:rPr>
        <w:t>Rabbit Committee</w:t>
      </w:r>
      <w:r w:rsidR="00000000">
        <w:rPr>
          <w:rFonts w:ascii="Calibri" w:hAnsi="Calibri"/>
        </w:rPr>
        <w:t xml:space="preserve"> Note</w:t>
      </w:r>
    </w:p>
    <w:p w14:paraId="4AC1DD43" w14:textId="77777777" w:rsidR="00E21E92" w:rsidRDefault="00000000">
      <w:r>
        <w:t xml:space="preserve">Don't worry about having the most expensive rabbit or winning every </w:t>
      </w:r>
      <w:proofErr w:type="gramStart"/>
      <w:r>
        <w:t>class</w:t>
      </w:r>
      <w:proofErr w:type="gramEnd"/>
      <w:r>
        <w:t xml:space="preserve"> your first year. Focus on learning something new each week, asking questions, and caring for your rabbit every day. The exhibitors who consistently do well are usually the ones who put in </w:t>
      </w:r>
      <w:proofErr w:type="gramStart"/>
      <w:r>
        <w:t>the</w:t>
      </w:r>
      <w:proofErr w:type="gramEnd"/>
      <w:r>
        <w:t xml:space="preserve"> steady effort long before fair week.</w:t>
      </w:r>
    </w:p>
    <w:p w14:paraId="0A522265" w14:textId="77777777" w:rsidR="00E21E92" w:rsidRDefault="00000000">
      <w:pPr>
        <w:pStyle w:val="Heading2"/>
      </w:pPr>
      <w:r>
        <w:rPr>
          <w:rFonts w:ascii="Calibri" w:hAnsi="Calibri"/>
        </w:rPr>
        <w:lastRenderedPageBreak/>
        <w:t>Chapter Summary</w:t>
      </w:r>
    </w:p>
    <w:p w14:paraId="0BFE2202" w14:textId="77777777" w:rsidR="00E21E92" w:rsidRDefault="00000000">
      <w:r>
        <w:t>The rabbit project is a year-long learning experience built around responsibility, animal care, and personal growth. In the next chapter, we'll take a closer look at choosing the right rabbit project and understanding what each project requires.</w:t>
      </w:r>
    </w:p>
    <w:sectPr w:rsidR="00E21E9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CA86BD4"/>
    <w:multiLevelType w:val="hybridMultilevel"/>
    <w:tmpl w:val="0A3E3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6775742">
    <w:abstractNumId w:val="8"/>
  </w:num>
  <w:num w:numId="2" w16cid:durableId="1679194074">
    <w:abstractNumId w:val="6"/>
  </w:num>
  <w:num w:numId="3" w16cid:durableId="1363752703">
    <w:abstractNumId w:val="5"/>
  </w:num>
  <w:num w:numId="4" w16cid:durableId="863059213">
    <w:abstractNumId w:val="4"/>
  </w:num>
  <w:num w:numId="5" w16cid:durableId="387383338">
    <w:abstractNumId w:val="7"/>
  </w:num>
  <w:num w:numId="6" w16cid:durableId="1768768861">
    <w:abstractNumId w:val="3"/>
  </w:num>
  <w:num w:numId="7" w16cid:durableId="1461074793">
    <w:abstractNumId w:val="2"/>
  </w:num>
  <w:num w:numId="8" w16cid:durableId="1538465406">
    <w:abstractNumId w:val="1"/>
  </w:num>
  <w:num w:numId="9" w16cid:durableId="1338311586">
    <w:abstractNumId w:val="0"/>
  </w:num>
  <w:num w:numId="10" w16cid:durableId="3007729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7B03"/>
    <w:rsid w:val="003862E8"/>
    <w:rsid w:val="003F640A"/>
    <w:rsid w:val="00AA1D8D"/>
    <w:rsid w:val="00B12778"/>
    <w:rsid w:val="00B47730"/>
    <w:rsid w:val="00CB0664"/>
    <w:rsid w:val="00DC79FA"/>
    <w:rsid w:val="00E21E92"/>
    <w:rsid w:val="00E311B4"/>
    <w:rsid w:val="00EE7471"/>
    <w:rsid w:val="00F03E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BEE10"/>
  <w14:defaultImageDpi w14:val="300"/>
  <w15:docId w15:val="{17BF67BF-B259-4A7F-8822-B8459C75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Calibri" w:hAnsi="Calibri"/>
      <w:color w:val="000000"/>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Calibri" w:hAnsi="Calibri"/>
      <w:color w:val="000000"/>
    </w:rPr>
  </w:style>
  <w:style w:type="paragraph" w:styleId="NoSpacing">
    <w:name w:val="No Spacing"/>
    <w:uiPriority w:val="1"/>
    <w:qFormat/>
    <w:rsid w:val="00FC693F"/>
    <w:pPr>
      <w:spacing w:after="0" w:line="240" w:lineRule="auto"/>
    </w:pPr>
    <w:rPr>
      <w:rFonts w:ascii="Calibri" w:hAnsi="Calibri"/>
      <w:color w:val="000000"/>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000000"/>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000000"/>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00000"/>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0000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Calibri" w:hAnsi="Calibri"/>
      <w:color w:val="000000"/>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Calibri" w:hAnsi="Calibri"/>
      <w:color w:val="000000"/>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Calibri" w:hAnsi="Calibri"/>
      <w:color w:val="000000"/>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libri" w:hAnsi="Calibri"/>
      <w:color w:val="000000"/>
      <w:sz w:val="20"/>
      <w:szCs w:val="20"/>
    </w:rPr>
  </w:style>
  <w:style w:type="character" w:customStyle="1" w:styleId="MacroTextChar">
    <w:name w:val="Macro Text Char"/>
    <w:basedOn w:val="DefaultParagraphFont"/>
    <w:link w:val="MacroText"/>
    <w:uiPriority w:val="99"/>
    <w:rsid w:val="0029639D"/>
    <w:rPr>
      <w:rFonts w:ascii="Calibri" w:hAnsi="Calibri"/>
      <w:color w:val="000000"/>
      <w:sz w:val="20"/>
      <w:szCs w:val="20"/>
    </w:rPr>
  </w:style>
  <w:style w:type="paragraph" w:styleId="Quote">
    <w:name w:val="Quote"/>
    <w:basedOn w:val="Normal"/>
    <w:next w:val="Normal"/>
    <w:link w:val="QuoteChar"/>
    <w:uiPriority w:val="29"/>
    <w:qFormat/>
    <w:rsid w:val="00FC693F"/>
    <w:rPr>
      <w:i/>
      <w:iCs/>
    </w:rPr>
  </w:style>
  <w:style w:type="character" w:customStyle="1" w:styleId="QuoteChar">
    <w:name w:val="Quote Char"/>
    <w:basedOn w:val="DefaultParagraphFont"/>
    <w:link w:val="Quote"/>
    <w:uiPriority w:val="29"/>
    <w:rsid w:val="00FC693F"/>
    <w:rPr>
      <w:rFonts w:ascii="Calibri" w:hAnsi="Calibri"/>
      <w:i/>
      <w:iCs/>
      <w:color w:val="000000"/>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FC693F"/>
    <w:pPr>
      <w:spacing w:line="240" w:lineRule="auto"/>
    </w:pPr>
    <w:rPr>
      <w:b/>
      <w:bCs/>
      <w:sz w:val="18"/>
      <w:szCs w:val="18"/>
    </w:rPr>
  </w:style>
  <w:style w:type="character" w:styleId="Strong">
    <w:name w:val="Strong"/>
    <w:basedOn w:val="DefaultParagraphFont"/>
    <w:uiPriority w:val="22"/>
    <w:qFormat/>
    <w:rsid w:val="00FC693F"/>
    <w:rPr>
      <w:rFonts w:ascii="Calibri" w:hAnsi="Calibri"/>
      <w:b/>
      <w:bCs/>
      <w:color w:val="000000"/>
    </w:rPr>
  </w:style>
  <w:style w:type="character" w:styleId="Emphasis">
    <w:name w:val="Emphasis"/>
    <w:basedOn w:val="DefaultParagraphFont"/>
    <w:uiPriority w:val="20"/>
    <w:qFormat/>
    <w:rsid w:val="00FC693F"/>
    <w:rPr>
      <w:rFonts w:ascii="Calibri" w:hAnsi="Calibri"/>
      <w:i/>
      <w:iCs/>
      <w:color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FC693F"/>
    <w:rPr>
      <w:rFonts w:ascii="Calibri" w:hAnsi="Calibri"/>
      <w:b/>
      <w:bCs/>
      <w:i/>
      <w:iCs/>
      <w:color w:val="000000"/>
    </w:rPr>
  </w:style>
  <w:style w:type="character" w:styleId="SubtleEmphasis">
    <w:name w:val="Subtle Emphasis"/>
    <w:basedOn w:val="DefaultParagraphFont"/>
    <w:uiPriority w:val="19"/>
    <w:qFormat/>
    <w:rsid w:val="00FC693F"/>
    <w:rPr>
      <w:rFonts w:ascii="Calibri" w:hAnsi="Calibri"/>
      <w:i/>
      <w:iCs/>
      <w:color w:val="000000"/>
    </w:rPr>
  </w:style>
  <w:style w:type="character" w:styleId="IntenseEmphasis">
    <w:name w:val="Intense Emphasis"/>
    <w:basedOn w:val="DefaultParagraphFont"/>
    <w:uiPriority w:val="21"/>
    <w:qFormat/>
    <w:rsid w:val="00FC693F"/>
    <w:rPr>
      <w:rFonts w:ascii="Calibri" w:hAnsi="Calibri"/>
      <w:b/>
      <w:bCs/>
      <w:i/>
      <w:iCs/>
      <w:color w:val="000000"/>
    </w:rPr>
  </w:style>
  <w:style w:type="character" w:styleId="SubtleReference">
    <w:name w:val="Subtle Reference"/>
    <w:basedOn w:val="DefaultParagraphFont"/>
    <w:uiPriority w:val="31"/>
    <w:qFormat/>
    <w:rsid w:val="00FC693F"/>
    <w:rPr>
      <w:rFonts w:ascii="Calibri" w:hAnsi="Calibri"/>
      <w:smallCaps/>
      <w:color w:val="000000"/>
      <w:u w:val="single"/>
    </w:rPr>
  </w:style>
  <w:style w:type="character" w:styleId="IntenseReference">
    <w:name w:val="Intense Reference"/>
    <w:basedOn w:val="DefaultParagraphFont"/>
    <w:uiPriority w:val="32"/>
    <w:qFormat/>
    <w:rsid w:val="00FC693F"/>
    <w:rPr>
      <w:rFonts w:ascii="Calibri" w:hAnsi="Calibri"/>
      <w:b/>
      <w:bCs/>
      <w:smallCaps/>
      <w:color w:val="000000"/>
      <w:spacing w:val="5"/>
      <w:u w:val="single"/>
    </w:rPr>
  </w:style>
  <w:style w:type="character" w:styleId="BookTitle">
    <w:name w:val="Book Title"/>
    <w:basedOn w:val="DefaultParagraphFont"/>
    <w:uiPriority w:val="33"/>
    <w:qFormat/>
    <w:rsid w:val="00FC693F"/>
    <w:rPr>
      <w:rFonts w:ascii="Calibri" w:hAnsi="Calibri"/>
      <w:b/>
      <w:bCs/>
      <w:smallCaps/>
      <w:color w:val="000000"/>
      <w:spacing w:val="5"/>
    </w:rPr>
  </w:style>
  <w:style w:type="paragraph" w:styleId="TOCHeading">
    <w:name w:val="TOC Heading"/>
    <w:basedOn w:val="Heading1"/>
    <w:next w:val="Normal"/>
    <w:uiPriority w:val="39"/>
    <w:semiHidden/>
    <w:unhideWhenUsed/>
    <w:qFormat/>
    <w:rsid w:val="00FC693F"/>
    <w:pPr>
      <w:outlineLvl w:val="9"/>
    </w:pPr>
    <w:rPr>
      <w:rFonts w:ascii="Calibri" w:hAnsi="Calibri"/>
    </w:rPr>
  </w:style>
  <w:style w:type="table" w:styleId="TableGrid">
    <w:name w:val="Table Grid"/>
    <w:basedOn w:val="TableNormal"/>
    <w:uiPriority w:val="59"/>
    <w:rsid w:val="00FC693F"/>
    <w:pPr>
      <w:spacing w:after="0" w:line="240" w:lineRule="auto"/>
    </w:pPr>
    <w:rPr>
      <w:rFonts w:ascii="Calibri" w:hAnsi="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Calibri" w:hAnsi="Calibri"/>
      <w:color w:val="00000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Calibri" w:hAnsi="Calibri"/>
      <w:color w:val="00000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Calibri" w:hAnsi="Calibri"/>
      <w:color w:val="00000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Calibri" w:hAnsi="Calibri"/>
      <w:color w:val="00000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Calibri" w:hAnsi="Calibri"/>
      <w:color w:val="00000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Calibri" w:hAnsi="Calibri"/>
      <w:color w:val="00000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Calibri" w:hAnsi="Calibri"/>
      <w:color w:val="00000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Calibri" w:hAnsi="Calibr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Calibri" w:hAnsi="Calibr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Calibri" w:hAnsi="Calibr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Calibri" w:hAnsi="Calibr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Calibri" w:hAnsi="Calibr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Calibri" w:hAnsi="Calibr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Calibri" w:hAnsi="Calibr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Calibri" w:hAnsi="Calibr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Calibri" w:hAnsi="Calibr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Calibri" w:hAnsi="Calibr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Calibri" w:hAnsi="Calibr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Calibri" w:hAnsi="Calibr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Calibri" w:hAnsi="Calibr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Calibri" w:hAnsi="Calibr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Calibri" w:hAnsi="Calibri"/>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Calibri" w:hAnsi="Calibri"/>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Calibri" w:hAnsi="Calibri"/>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Calibri" w:hAnsi="Calibri"/>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Calibri" w:hAnsi="Calibri"/>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Calibri" w:hAnsi="Calibri"/>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Calibri" w:hAnsi="Calibri"/>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Calibri" w:hAnsi="Calibri"/>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Calibri" w:hAnsi="Calibri"/>
      <w:color w:val="00000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Calibri" w:hAnsi="Calibri"/>
      <w:color w:val="00000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Calibri" w:hAnsi="Calibri"/>
      <w:color w:val="00000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Calibri" w:hAnsi="Calibri"/>
      <w:color w:val="00000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Calibri" w:hAnsi="Calibri"/>
      <w:color w:val="00000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Calibri" w:hAnsi="Calibri"/>
      <w:color w:val="00000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Calibri" w:hAnsi="Calibri"/>
      <w:color w:val="00000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Calibri" w:hAnsi="Calibri"/>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Calibri" w:hAnsi="Calibri"/>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Calibri" w:hAnsi="Calibri"/>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Calibri" w:hAnsi="Calibri"/>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Calibri" w:hAnsi="Calibri"/>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Calibri" w:hAnsi="Calibri"/>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Calibri" w:hAnsi="Calibri"/>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Calibri" w:hAnsi="Calibri"/>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Calibri" w:hAnsi="Calibri"/>
      <w:color w:val="00000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Calibri" w:hAnsi="Calibri"/>
      <w:color w:val="00000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Calibri" w:hAnsi="Calibri"/>
      <w:color w:val="00000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Calibri" w:hAnsi="Calibri"/>
      <w:color w:val="00000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Calibri" w:hAnsi="Calibri"/>
      <w:color w:val="00000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Calibri" w:hAnsi="Calibri"/>
      <w:color w:val="00000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Calibri" w:hAnsi="Calibri"/>
      <w:color w:val="00000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Calibri" w:hAnsi="Calibri"/>
      <w:color w:val="00000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Calibri" w:hAnsi="Calibri"/>
      <w:color w:val="00000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Calibri" w:hAnsi="Calibri"/>
      <w:color w:val="00000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Calibri" w:hAnsi="Calibri"/>
      <w:color w:val="00000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Calibri" w:hAnsi="Calibri"/>
      <w:color w:val="00000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Calibri" w:hAnsi="Calibri"/>
      <w:color w:val="00000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Calibri" w:hAnsi="Calibri"/>
      <w:color w:val="00000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Calibri" w:hAnsi="Calibri"/>
      <w:color w:val="00000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Calibri" w:hAnsi="Calibri"/>
      <w:color w:val="000000"/>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Calibri" w:hAnsi="Calibri"/>
      <w:color w:val="000000"/>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Calibri" w:hAnsi="Calibri"/>
      <w:color w:val="000000"/>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Calibri" w:hAnsi="Calibri"/>
      <w:color w:val="000000"/>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Calibri" w:hAnsi="Calibri"/>
      <w:color w:val="00000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Calibri" w:hAnsi="Calibri"/>
      <w:color w:val="00000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Calibri" w:hAnsi="Calibri"/>
      <w:color w:val="00000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1211</Words>
  <Characters>5987</Characters>
  <Application>Microsoft Office Word</Application>
  <DocSecurity>0</DocSecurity>
  <Lines>122</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Mack</cp:lastModifiedBy>
  <cp:revision>6</cp:revision>
  <dcterms:created xsi:type="dcterms:W3CDTF">2013-12-23T23:15:00Z</dcterms:created>
  <dcterms:modified xsi:type="dcterms:W3CDTF">2026-07-18T01:38:00Z</dcterms:modified>
  <cp:category/>
</cp:coreProperties>
</file>